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openxmlformats.org/package/2006/relationships/metadata/thumbnail" Target="docProps/thumbnail.jpeg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17A7F" w14:textId="77777777" w:rsidR="00842852" w:rsidRDefault="00C2414B">
      <w:pPr>
        <w:pStyle w:val="Balk1"/>
      </w:pPr>
      <w:r>
        <w:t>TAHLİYE - KİRA BEDELİNİN TESPİTİ DAVA BİLGİ FORMU</w:t>
      </w:r>
    </w:p>
    <w:p w14:paraId="1BB519FA" w14:textId="77777777" w:rsidR="00842852" w:rsidRDefault="00C2414B">
      <w:r>
        <w:t>1. Kira başlangıç tarihi nedir?</w:t>
      </w:r>
      <w:r>
        <w:br/>
        <w:t>Yanıt: ________________________________</w:t>
      </w:r>
      <w:r>
        <w:br/>
      </w:r>
    </w:p>
    <w:p w14:paraId="0DB25C5F" w14:textId="77777777" w:rsidR="00842852" w:rsidRDefault="00C2414B">
      <w:r>
        <w:t>2. Kira sözleşmesinin süresi ne kadardır?</w:t>
      </w:r>
      <w:r>
        <w:br/>
        <w:t>Yanıt: ________________________________</w:t>
      </w:r>
      <w:r>
        <w:br/>
      </w:r>
    </w:p>
    <w:p w14:paraId="0E8E661B" w14:textId="77777777" w:rsidR="00842852" w:rsidRDefault="00C2414B">
      <w:r>
        <w:t>3. Kiraya verenin adı ve iletişim bilgileri nedir?</w:t>
      </w:r>
      <w:r>
        <w:br/>
        <w:t>Yanıt: ________________________________</w:t>
      </w:r>
      <w:r>
        <w:br/>
      </w:r>
    </w:p>
    <w:p w14:paraId="07EFD920" w14:textId="77777777" w:rsidR="00842852" w:rsidRDefault="00C2414B">
      <w:r>
        <w:t>4. Kiracının adı ve iletişim bilgileri nedir?</w:t>
      </w:r>
      <w:r>
        <w:br/>
        <w:t>Yanıt: ________________________________</w:t>
      </w:r>
      <w:r>
        <w:br/>
      </w:r>
    </w:p>
    <w:p w14:paraId="176966C3" w14:textId="77777777" w:rsidR="00842852" w:rsidRDefault="00C2414B">
      <w:r>
        <w:t>5. Kiralananın cinsi (konut / işyeri) nedir?</w:t>
      </w:r>
      <w:r>
        <w:br/>
        <w:t>Yanıt: ________________________________</w:t>
      </w:r>
      <w:r>
        <w:br/>
      </w:r>
    </w:p>
    <w:p w14:paraId="4197FAEA" w14:textId="77777777" w:rsidR="00842852" w:rsidRDefault="00C2414B">
      <w:r>
        <w:t>6. Kiralananın kullanım amacı nedir?</w:t>
      </w:r>
      <w:r>
        <w:br/>
        <w:t>Yanıt: ________________________________</w:t>
      </w:r>
      <w:r>
        <w:br/>
      </w:r>
    </w:p>
    <w:p w14:paraId="7E81C60F" w14:textId="77777777" w:rsidR="00842852" w:rsidRDefault="00C2414B">
      <w:r>
        <w:t>7. Mevcut kira bedeli (aylık) ne kadardır?</w:t>
      </w:r>
      <w:r>
        <w:br/>
        <w:t>Yanıt: ________________________________</w:t>
      </w:r>
      <w:r>
        <w:br/>
      </w:r>
    </w:p>
    <w:p w14:paraId="53983299" w14:textId="77777777" w:rsidR="00842852" w:rsidRDefault="00C2414B">
      <w:r>
        <w:t>8. Sözleşmede kira bedeli net mi, brüt mü yazıyor?</w:t>
      </w:r>
      <w:r>
        <w:br/>
        <w:t>Yanıt: ________________________________</w:t>
      </w:r>
      <w:r>
        <w:br/>
      </w:r>
    </w:p>
    <w:p w14:paraId="10D9E8E2" w14:textId="77777777" w:rsidR="00842852" w:rsidRDefault="00C2414B">
      <w:r>
        <w:t>9. Kira bedeli nasıl ve hangi tarihlerde ödenmektedir?</w:t>
      </w:r>
      <w:r>
        <w:br/>
        <w:t>Yanıt: ________________________________</w:t>
      </w:r>
      <w:r>
        <w:br/>
      </w:r>
    </w:p>
    <w:p w14:paraId="12C7DCA7" w14:textId="77777777" w:rsidR="00842852" w:rsidRDefault="00C2414B">
      <w:r>
        <w:t>10. Kira sözleşmesi yazılı mı, sözlü mü yapılmıştır?</w:t>
      </w:r>
      <w:r>
        <w:br/>
        <w:t>Yanıt: ________________________________</w:t>
      </w:r>
      <w:r>
        <w:br/>
      </w:r>
    </w:p>
    <w:p w14:paraId="1868AF23" w14:textId="77777777" w:rsidR="00842852" w:rsidRDefault="00C2414B">
      <w:r>
        <w:t>11. Yazılı sözleşme varsa, bir örneği mevcut mudur?</w:t>
      </w:r>
      <w:r>
        <w:br/>
        <w:t>Yanıt: ________________________________</w:t>
      </w:r>
      <w:r>
        <w:br/>
      </w:r>
    </w:p>
    <w:p w14:paraId="03139B99" w14:textId="77777777" w:rsidR="00842852" w:rsidRDefault="00C2414B">
      <w:r>
        <w:t>12. Kira bedelinde yıllık artış yapılmış mıdır? Yapıldıysa hangi oranlarda olmuştur?</w:t>
      </w:r>
      <w:r>
        <w:br/>
        <w:t>Yanıt: ________________________________</w:t>
      </w:r>
      <w:r>
        <w:br/>
      </w:r>
    </w:p>
    <w:p w14:paraId="2244F3CE" w14:textId="77777777" w:rsidR="00842852" w:rsidRDefault="00C2414B">
      <w:r>
        <w:t>13. Kira bedelleri bugüne kadar düzenli olarak ödendi mi?</w:t>
      </w:r>
      <w:r>
        <w:br/>
        <w:t>Yanıt: ________________________________</w:t>
      </w:r>
      <w:r>
        <w:br/>
      </w:r>
    </w:p>
    <w:p w14:paraId="4A49FAA8" w14:textId="77777777" w:rsidR="00842852" w:rsidRDefault="00C2414B">
      <w:r>
        <w:t>14. Kiralanan benzer yerlerle kıyaslandığında kira bedelini düşük buluyor musunuz? Neden?</w:t>
      </w:r>
      <w:r>
        <w:br/>
        <w:t>Yanıt: ________________________________</w:t>
      </w:r>
      <w:r>
        <w:br/>
      </w:r>
    </w:p>
    <w:p w14:paraId="1321E131" w14:textId="77777777" w:rsidR="00842852" w:rsidRDefault="00C2414B">
      <w:r>
        <w:t>15. Tahliye talebiniz varsa, gerekçeniz nedir?</w:t>
      </w:r>
      <w:r>
        <w:br/>
        <w:t>Yanıt: ________________________________</w:t>
      </w:r>
      <w:r>
        <w:br/>
      </w:r>
    </w:p>
    <w:p w14:paraId="15C8C655" w14:textId="77777777" w:rsidR="00842852" w:rsidRDefault="00C2414B">
      <w:r>
        <w:t>16. Daha önce tahliye için noter veya yazılı bildirim yaptınız mı?</w:t>
      </w:r>
      <w:r>
        <w:br/>
        <w:t>Yanıt: ________________________________</w:t>
      </w:r>
      <w:r>
        <w:br/>
      </w:r>
    </w:p>
    <w:p w14:paraId="526D60D4" w14:textId="77777777" w:rsidR="00842852" w:rsidRDefault="00C2414B">
      <w:r>
        <w:t>17. Kiralanan taşınmaz sizin adınıza mı kayıtlıdır?</w:t>
      </w:r>
      <w:r>
        <w:br/>
        <w:t>Yanıt: ________________________________</w:t>
      </w:r>
      <w:r>
        <w:br/>
      </w:r>
    </w:p>
    <w:p w14:paraId="49287676" w14:textId="77777777" w:rsidR="00842852" w:rsidRDefault="00C2414B">
      <w:r>
        <w:t>18. Eğer değilse malik ile olan ilişkiniz nedir?</w:t>
      </w:r>
      <w:r>
        <w:br/>
        <w:t>Yanıt: ________________________________</w:t>
      </w:r>
      <w:r>
        <w:br/>
      </w:r>
    </w:p>
    <w:p w14:paraId="305577B7" w14:textId="77777777" w:rsidR="00842852" w:rsidRDefault="00C2414B">
      <w:r>
        <w:t>19. Mülkiyet durumu nedir? (hisseli – miras – tek malik)</w:t>
      </w:r>
      <w:r>
        <w:br/>
        <w:t>Yanıt: ________________________________</w:t>
      </w:r>
      <w:r>
        <w:br/>
      </w:r>
    </w:p>
    <w:p w14:paraId="59DE8211" w14:textId="77777777" w:rsidR="00842852" w:rsidRDefault="00C2414B">
      <w:r>
        <w:t>20. Kira bedelleri banka yoluyla mı elden mi ödenmektedir?</w:t>
      </w:r>
      <w:r>
        <w:br/>
        <w:t>Yanıt: ________________________________</w:t>
      </w:r>
      <w:r>
        <w:br/>
      </w:r>
    </w:p>
    <w:p w14:paraId="4830B72B" w14:textId="77777777" w:rsidR="00842852" w:rsidRDefault="00C2414B">
      <w:r>
        <w:t>21. Banka ise hesap adı ve banka bilgisi nedir?</w:t>
      </w:r>
      <w:r>
        <w:br/>
        <w:t>Yanıt: ________________________________</w:t>
      </w:r>
      <w:r>
        <w:br/>
      </w:r>
    </w:p>
    <w:p w14:paraId="0FEFC32B" w14:textId="77777777" w:rsidR="00842852" w:rsidRDefault="00C2414B">
      <w:r>
        <w:t>22. Kiralananda kim fiilen oturmaktadır?</w:t>
      </w:r>
      <w:r>
        <w:br/>
        <w:t>Yanıt: ________________________________</w:t>
      </w:r>
      <w:r>
        <w:br/>
      </w:r>
    </w:p>
    <w:p w14:paraId="7C1EF43A" w14:textId="77777777" w:rsidR="00842852" w:rsidRDefault="00C2414B">
      <w:r>
        <w:t>23. Faydalanmak istediğiniz hukuki yol nedir? (kira bedelinin tespiti - tahliye)</w:t>
      </w:r>
      <w:r>
        <w:br/>
        <w:t>Yanıt: ________________________________</w:t>
      </w:r>
      <w:r>
        <w:br/>
      </w:r>
    </w:p>
    <w:p w14:paraId="4A8C4A55" w14:textId="77777777" w:rsidR="00842852" w:rsidRDefault="00C2414B">
      <w:r>
        <w:t>24. Kiracı ile aranızda ikinci bir sözleşme veya protokol imzalandı mı?</w:t>
      </w:r>
      <w:r>
        <w:br/>
        <w:t>Yanıt: ________________________________</w:t>
      </w:r>
      <w:r>
        <w:br/>
      </w:r>
    </w:p>
    <w:sectPr w:rsidR="0084285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37944621">
    <w:abstractNumId w:val="8"/>
  </w:num>
  <w:num w:numId="2" w16cid:durableId="1856142138">
    <w:abstractNumId w:val="6"/>
  </w:num>
  <w:num w:numId="3" w16cid:durableId="329482141">
    <w:abstractNumId w:val="5"/>
  </w:num>
  <w:num w:numId="4" w16cid:durableId="1251507098">
    <w:abstractNumId w:val="4"/>
  </w:num>
  <w:num w:numId="5" w16cid:durableId="988747700">
    <w:abstractNumId w:val="7"/>
  </w:num>
  <w:num w:numId="6" w16cid:durableId="1934825436">
    <w:abstractNumId w:val="3"/>
  </w:num>
  <w:num w:numId="7" w16cid:durableId="1437794997">
    <w:abstractNumId w:val="2"/>
  </w:num>
  <w:num w:numId="8" w16cid:durableId="437145195">
    <w:abstractNumId w:val="1"/>
  </w:num>
  <w:num w:numId="9" w16cid:durableId="11448099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750CB"/>
    <w:rsid w:val="00842852"/>
    <w:rsid w:val="00AA1D8D"/>
    <w:rsid w:val="00B47730"/>
    <w:rsid w:val="00C2414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86AA2F"/>
  <w14:defaultImageDpi w14:val="300"/>
  <w15:docId w15:val="{8FC49AD4-191B-4C41-8EE8-F7D299530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osman buğur</cp:lastModifiedBy>
  <cp:revision>2</cp:revision>
  <dcterms:created xsi:type="dcterms:W3CDTF">2025-07-24T08:49:00Z</dcterms:created>
  <dcterms:modified xsi:type="dcterms:W3CDTF">2025-07-24T08:49:00Z</dcterms:modified>
  <cp:category/>
</cp:coreProperties>
</file>